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AB4CC7" w14:textId="77777777" w:rsidR="00290624" w:rsidRDefault="00000000">
      <w:pPr>
        <w:spacing w:after="30" w:line="240" w:lineRule="auto"/>
        <w:jc w:val="center"/>
      </w:pPr>
      <w:r>
        <w:rPr>
          <w:b/>
          <w:sz w:val="45"/>
        </w:rPr>
        <w:t>Zihao (Gary) Wang</w:t>
      </w:r>
    </w:p>
    <w:p w14:paraId="77AD638D" w14:textId="6126BF9E" w:rsidR="00290624" w:rsidRDefault="00000000">
      <w:pPr>
        <w:spacing w:after="80" w:line="240" w:lineRule="auto"/>
        <w:jc w:val="center"/>
      </w:pPr>
      <w:r>
        <w:rPr>
          <w:color w:val="4E565E"/>
          <w:sz w:val="18"/>
        </w:rPr>
        <w:t>garywa@umich.edu | Ann Arbor, MI</w:t>
      </w:r>
    </w:p>
    <w:p w14:paraId="51D122B0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EDUCATION</w:t>
      </w:r>
    </w:p>
    <w:p w14:paraId="5F2CAD8D" w14:textId="77777777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University of Michigan</w:t>
      </w:r>
      <w:r>
        <w:t xml:space="preserve"> | Ann Arbor, MI</w:t>
      </w:r>
      <w:r>
        <w:rPr>
          <w:b/>
          <w:sz w:val="20"/>
        </w:rPr>
        <w:tab/>
        <w:t>Expected Apr 2027</w:t>
      </w:r>
    </w:p>
    <w:p w14:paraId="500ADE7A" w14:textId="77777777" w:rsidR="00290624" w:rsidRDefault="00000000">
      <w:pPr>
        <w:pStyle w:val="ResumeDetail"/>
        <w:spacing w:after="30" w:line="240" w:lineRule="auto"/>
      </w:pPr>
      <w:r>
        <w:rPr>
          <w:sz w:val="20"/>
        </w:rPr>
        <w:t>B.S. in Data Science; Minor in Mathematics | GPA: 3.89 | University Honors (Fall 2025)</w:t>
      </w:r>
    </w:p>
    <w:p w14:paraId="4C05C982" w14:textId="77777777" w:rsidR="00290624" w:rsidRDefault="00000000">
      <w:pPr>
        <w:pStyle w:val="ResumeDetail"/>
        <w:spacing w:after="40"/>
      </w:pPr>
      <w:r>
        <w:rPr>
          <w:b/>
          <w:sz w:val="20"/>
        </w:rPr>
        <w:t xml:space="preserve">Relevant Coursework: </w:t>
      </w:r>
      <w:r>
        <w:rPr>
          <w:sz w:val="20"/>
        </w:rPr>
        <w:t>Information Retrieval, Statistics &amp; AI, Statistical Computing, Database Systems, Data Structures &amp; Algorithms, Probability, Linear Algebra</w:t>
      </w:r>
    </w:p>
    <w:p w14:paraId="15105C3E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University of Rochester</w:t>
      </w:r>
      <w:r>
        <w:t xml:space="preserve"> | Rochester, NY</w:t>
      </w:r>
      <w:r>
        <w:rPr>
          <w:b/>
          <w:sz w:val="20"/>
        </w:rPr>
        <w:tab/>
        <w:t>Aug 2023 - May 2025</w:t>
      </w:r>
    </w:p>
    <w:p w14:paraId="2FAF6C19" w14:textId="77777777" w:rsidR="00290624" w:rsidRDefault="00000000">
      <w:pPr>
        <w:pStyle w:val="ResumeDetail"/>
        <w:spacing w:after="30" w:line="240" w:lineRule="auto"/>
      </w:pPr>
      <w:r>
        <w:rPr>
          <w:sz w:val="20"/>
        </w:rPr>
        <w:t>Coursework in Data Science, Economics, and Mathematics | GPA: 3.91 | Dean's List (4 semesters)</w:t>
      </w:r>
    </w:p>
    <w:p w14:paraId="77D2D00C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TECHNICAL SKILLS</w:t>
      </w:r>
    </w:p>
    <w:p w14:paraId="6D845BCF" w14:textId="77777777" w:rsidR="00290624" w:rsidRDefault="00000000">
      <w:pPr>
        <w:pStyle w:val="ResumeDetail"/>
        <w:spacing w:after="8"/>
      </w:pPr>
      <w:r>
        <w:rPr>
          <w:b/>
          <w:sz w:val="20"/>
        </w:rPr>
        <w:t xml:space="preserve">Programming: </w:t>
      </w:r>
      <w:r>
        <w:rPr>
          <w:sz w:val="20"/>
        </w:rPr>
        <w:t>Python, TypeScript, C++, SQL, Java, R</w:t>
      </w:r>
    </w:p>
    <w:p w14:paraId="09C3135B" w14:textId="77777777" w:rsidR="00290624" w:rsidRDefault="00000000">
      <w:pPr>
        <w:pStyle w:val="ResumeDetail"/>
        <w:spacing w:after="8"/>
      </w:pPr>
      <w:r>
        <w:rPr>
          <w:b/>
          <w:sz w:val="20"/>
        </w:rPr>
        <w:t xml:space="preserve">Libraries/Tools: </w:t>
      </w:r>
      <w:r>
        <w:rPr>
          <w:sz w:val="20"/>
        </w:rPr>
        <w:t>React, pandas, NumPy, scikit-learn, Slurm</w:t>
      </w:r>
    </w:p>
    <w:p w14:paraId="1BCA46FA" w14:textId="77777777" w:rsidR="00290624" w:rsidRDefault="00000000">
      <w:pPr>
        <w:pStyle w:val="ResumeDetail"/>
        <w:spacing w:after="8"/>
      </w:pPr>
      <w:r>
        <w:rPr>
          <w:b/>
          <w:sz w:val="20"/>
        </w:rPr>
        <w:t xml:space="preserve">Machine Learning: </w:t>
      </w:r>
      <w:r>
        <w:rPr>
          <w:sz w:val="20"/>
        </w:rPr>
        <w:t>XGBoost, random forests, sparse autoencoders, vector embeddings</w:t>
      </w:r>
    </w:p>
    <w:p w14:paraId="3A11B226" w14:textId="77777777" w:rsidR="00290624" w:rsidRDefault="00000000">
      <w:pPr>
        <w:pStyle w:val="ResumeDetail"/>
        <w:spacing w:after="8"/>
      </w:pPr>
      <w:r>
        <w:rPr>
          <w:b/>
          <w:sz w:val="20"/>
        </w:rPr>
        <w:t xml:space="preserve">Analysis: </w:t>
      </w:r>
      <w:r>
        <w:rPr>
          <w:sz w:val="20"/>
        </w:rPr>
        <w:t>time-series analysis, geospatial analysis</w:t>
      </w:r>
    </w:p>
    <w:p w14:paraId="53EC20AA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EXPERIENCE</w:t>
      </w:r>
    </w:p>
    <w:p w14:paraId="24ADF0D4" w14:textId="77777777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Undergraduate Research Assistant</w:t>
      </w:r>
      <w:r>
        <w:t xml:space="preserve"> | University of Michigan</w:t>
      </w:r>
      <w:r>
        <w:rPr>
          <w:b/>
          <w:sz w:val="20"/>
        </w:rPr>
        <w:tab/>
        <w:t>May 2026 - Present</w:t>
      </w:r>
    </w:p>
    <w:p w14:paraId="3FFCAB0A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Built a React/TypeScript prototype that classifies incorrect math responses with a 14-category misconception taxonomy and delivers targeted hints without revealing solutions.</w:t>
      </w:r>
    </w:p>
    <w:p w14:paraId="5B3A770C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Developed instructor and parent interfaces that convert student errors into misconception heatmaps, intervention priorities, and accessible explanations across four math subjects.</w:t>
      </w:r>
    </w:p>
    <w:p w14:paraId="6CF5EE15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Researcher, STEMFORALL</w:t>
      </w:r>
      <w:r>
        <w:t xml:space="preserve"> | University of Rochester</w:t>
      </w:r>
      <w:r>
        <w:rPr>
          <w:b/>
          <w:sz w:val="20"/>
        </w:rPr>
        <w:tab/>
        <w:t>Jul 2026 - Present</w:t>
      </w:r>
    </w:p>
    <w:p w14:paraId="31BB9CF5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Evaluated sparse-autoencoder training objectives on Pythia-160M activations and identified settings where normalized-MSE training reduced both reconstruction error and next-token loss.</w:t>
      </w:r>
    </w:p>
    <w:p w14:paraId="05812A1D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Prototyped sparse transcoders to replace Pythia-160M feed-forward layers and evaluated behavioral fidelity to the original model.</w:t>
      </w:r>
    </w:p>
    <w:p w14:paraId="47395C79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Software Engineering Intern</w:t>
      </w:r>
      <w:r>
        <w:t xml:space="preserve"> | Beijing 6Cloud Technology</w:t>
      </w:r>
      <w:r>
        <w:rPr>
          <w:b/>
          <w:sz w:val="20"/>
        </w:rPr>
        <w:tab/>
        <w:t>Jun 2025 - Jul 2025</w:t>
      </w:r>
    </w:p>
    <w:p w14:paraId="7E9D61CC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Diagnosed 50+ software defects using LLM-generated root-cause hypotheses, reproduction steps, and targeted testing.</w:t>
      </w:r>
    </w:p>
    <w:p w14:paraId="76BDD920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Converted recurring failure patterns into a development and testing checklist spanning design, implementation, and validation.</w:t>
      </w:r>
    </w:p>
    <w:p w14:paraId="6C3F90CA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PROJECTS</w:t>
      </w:r>
    </w:p>
    <w:p w14:paraId="5DA29270" w14:textId="77777777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Social Media Risk Model</w:t>
      </w:r>
      <w:r w:rsidR="0061224F">
        <w:rPr>
          <w:b/>
          <w:lang w:eastAsia="zh-CN"/>
        </w:rPr>
        <w:tab/>
        <w:t>Jan 2026 - Apr 2026</w:t>
      </w:r>
    </w:p>
    <w:p w14:paraId="40D8B2AC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Built and evaluated an XGBoost model to estimate self-reported productivity loss from survey data; identified noisy and inconsistent responses as key performance constraints.</w:t>
      </w:r>
    </w:p>
    <w:p w14:paraId="544B3E1C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Developed a web application using vector embeddings to match users with similar profiles and visualize comparisons.</w:t>
      </w:r>
    </w:p>
    <w:p w14:paraId="659A98E7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BME Summer Hackathon</w:t>
      </w:r>
      <w:r>
        <w:t xml:space="preserve"> | University of Rochester</w:t>
      </w:r>
      <w:r>
        <w:rPr>
          <w:b/>
          <w:sz w:val="20"/>
        </w:rPr>
        <w:tab/>
        <w:t>Aug 2024</w:t>
      </w:r>
    </w:p>
    <w:p w14:paraId="76E8C2DC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Led a 4-member team to 7th place among 51 teams by developing a gradient-boosting model that predicted DNA peak-gene associations with 90% precision.</w:t>
      </w:r>
    </w:p>
    <w:p w14:paraId="5A88762B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NYC Transportation Data Science Explorer</w:t>
      </w:r>
      <w:r>
        <w:t xml:space="preserve"> | NSDC</w:t>
      </w:r>
      <w:r>
        <w:rPr>
          <w:b/>
          <w:sz w:val="20"/>
        </w:rPr>
        <w:tab/>
        <w:t>May 2024 - Sep 2024</w:t>
      </w:r>
    </w:p>
    <w:p w14:paraId="402A4063" w14:textId="77777777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Analyzed 1 million NYC collision records using time-series and geospatial methods; designed a severity index and identified the highest-risk ZIP codes.</w:t>
      </w:r>
    </w:p>
    <w:sectPr w:rsidR="00290624" w:rsidRPr="0072264B" w:rsidSect="00034616">
      <w:headerReference w:type="default" r:id="rId8"/>
      <w:footerReference w:type="default" r:id="rId9"/>
      <w:pgSz w:w="12240" w:h="15840"/>
      <w:pgMar w:top="1037" w:right="1037" w:bottom="1037" w:left="1037" w:header="504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5999D8" w14:textId="77777777" w:rsidR="006947D3" w:rsidRDefault="006947D3">
      <w:pPr>
        <w:spacing w:line="240" w:lineRule="auto"/>
      </w:pPr>
      <w:r>
        <w:separator/>
      </w:r>
    </w:p>
  </w:endnote>
  <w:endnote w:type="continuationSeparator" w:id="0">
    <w:p w14:paraId="053E2BB9" w14:textId="77777777" w:rsidR="006947D3" w:rsidRDefault="00694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CD7F4B" w14:textId="77777777" w:rsidR="00290624" w:rsidRDefault="0029062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6DC393" w14:textId="77777777" w:rsidR="006947D3" w:rsidRDefault="006947D3">
      <w:pPr>
        <w:spacing w:line="240" w:lineRule="auto"/>
      </w:pPr>
      <w:r>
        <w:separator/>
      </w:r>
    </w:p>
  </w:footnote>
  <w:footnote w:type="continuationSeparator" w:id="0">
    <w:p w14:paraId="08CEA566" w14:textId="77777777" w:rsidR="006947D3" w:rsidRDefault="006947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BC91FD" w14:textId="77777777" w:rsidR="00290624" w:rsidRDefault="00290624">
    <w:pPr>
      <w:pStyle w:val="Header"/>
      <w:pBdr>
        <w:bottom w:val="single" w:sz="4" w:space="1" w:color="AAB7C4"/>
      </w:pBdr>
      <w:tabs>
        <w:tab w:val="right" w:pos="10166"/>
      </w:tabs>
      <w:spacing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F0412D"/>
    <w:multiLevelType w:val="singleLevel"/>
    <w:tmpl w:val="600E6912"/>
    <w:lvl w:ilvl="0">
      <w:start w:val="1"/>
      <w:numFmt w:val="bullet"/>
      <w:pStyle w:val="ListBullet"/>
      <w:lvlText w:val="•"/>
      <w:lvlJc w:val="left"/>
      <w:pPr>
        <w:tabs>
          <w:tab w:val="num" w:pos="420"/>
        </w:tabs>
        <w:ind w:left="420" w:hanging="200"/>
      </w:pPr>
      <w:rPr>
        <w:rFonts w:ascii="Arial" w:hAnsi="Arial"/>
      </w:rPr>
    </w:lvl>
  </w:abstractNum>
  <w:num w:numId="1" w16cid:durableId="15827482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083"/>
    <w:rsid w:val="0011658B"/>
    <w:rsid w:val="00135F20"/>
    <w:rsid w:val="001442C0"/>
    <w:rsid w:val="0015074B"/>
    <w:rsid w:val="001513EC"/>
    <w:rsid w:val="00151A39"/>
    <w:rsid w:val="001824E6"/>
    <w:rsid w:val="001D7E5D"/>
    <w:rsid w:val="00270421"/>
    <w:rsid w:val="00290624"/>
    <w:rsid w:val="0029639D"/>
    <w:rsid w:val="002E0176"/>
    <w:rsid w:val="0030005F"/>
    <w:rsid w:val="00326F90"/>
    <w:rsid w:val="00355E44"/>
    <w:rsid w:val="00395553"/>
    <w:rsid w:val="003B0896"/>
    <w:rsid w:val="0047726F"/>
    <w:rsid w:val="00487004"/>
    <w:rsid w:val="004D071B"/>
    <w:rsid w:val="005B6EA0"/>
    <w:rsid w:val="005F1913"/>
    <w:rsid w:val="0061224F"/>
    <w:rsid w:val="00674072"/>
    <w:rsid w:val="00676BAB"/>
    <w:rsid w:val="006947D3"/>
    <w:rsid w:val="006976F0"/>
    <w:rsid w:val="006D7C72"/>
    <w:rsid w:val="00701599"/>
    <w:rsid w:val="00703165"/>
    <w:rsid w:val="0070688B"/>
    <w:rsid w:val="0072264B"/>
    <w:rsid w:val="007530E5"/>
    <w:rsid w:val="00754AF4"/>
    <w:rsid w:val="007B608B"/>
    <w:rsid w:val="007C0B8E"/>
    <w:rsid w:val="007C135E"/>
    <w:rsid w:val="008373C1"/>
    <w:rsid w:val="00856F20"/>
    <w:rsid w:val="00873F29"/>
    <w:rsid w:val="008E3AF0"/>
    <w:rsid w:val="008F19D0"/>
    <w:rsid w:val="00912BC3"/>
    <w:rsid w:val="009439A2"/>
    <w:rsid w:val="00972AAD"/>
    <w:rsid w:val="00983616"/>
    <w:rsid w:val="009E6E48"/>
    <w:rsid w:val="00A12DCA"/>
    <w:rsid w:val="00A177D0"/>
    <w:rsid w:val="00AA1D8D"/>
    <w:rsid w:val="00AA42D8"/>
    <w:rsid w:val="00AC31AE"/>
    <w:rsid w:val="00AC3826"/>
    <w:rsid w:val="00AD5D7F"/>
    <w:rsid w:val="00B47730"/>
    <w:rsid w:val="00B67DA4"/>
    <w:rsid w:val="00BC1C8D"/>
    <w:rsid w:val="00C0283F"/>
    <w:rsid w:val="00C065ED"/>
    <w:rsid w:val="00C111C3"/>
    <w:rsid w:val="00C46F19"/>
    <w:rsid w:val="00C84439"/>
    <w:rsid w:val="00CB0664"/>
    <w:rsid w:val="00CB33A1"/>
    <w:rsid w:val="00CF5F2B"/>
    <w:rsid w:val="00D166B3"/>
    <w:rsid w:val="00D74374"/>
    <w:rsid w:val="00D91BD5"/>
    <w:rsid w:val="00DB5BB3"/>
    <w:rsid w:val="00DC6B47"/>
    <w:rsid w:val="00E408C2"/>
    <w:rsid w:val="00EB13BF"/>
    <w:rsid w:val="00F10ABE"/>
    <w:rsid w:val="00F52BD7"/>
    <w:rsid w:val="00F57DA6"/>
    <w:rsid w:val="00F816F4"/>
    <w:rsid w:val="00FA3A2A"/>
    <w:rsid w:val="00FC0858"/>
    <w:rsid w:val="00FC693F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DDE5F"/>
  <w14:defaultImageDpi w14:val="300"/>
  <w15:docId w15:val="{84DA2E97-CE03-2847-8DA7-44B897C6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52" w:lineRule="auto"/>
    </w:pPr>
    <w:rPr>
      <w:rFonts w:ascii="Arial" w:hAnsi="Arial"/>
      <w:color w:val="181F26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basedOn w:val="Normal"/>
  </w:style>
  <w:style w:type="paragraph" w:customStyle="1" w:styleId="ResumeEntry">
    <w:name w:val="Resume Entry"/>
    <w:basedOn w:val="Normal"/>
  </w:style>
  <w:style w:type="paragraph" w:customStyle="1" w:styleId="ResumeDetail">
    <w:name w:val="Resume Detail"/>
    <w:basedOn w:val="Normal"/>
  </w:style>
  <w:style w:type="paragraph" w:customStyle="1" w:styleId="ResumeBullet">
    <w:name w:val="Resume Bullet"/>
    <w:basedOn w:val="Normal"/>
  </w:style>
  <w:style w:type="character" w:styleId="Hyperlink">
    <w:name w:val="Hyperlink"/>
    <w:basedOn w:val="DefaultParagraphFont"/>
    <w:uiPriority w:val="99"/>
    <w:unhideWhenUsed/>
    <w:rsid w:val="00D166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6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6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Resume Template - Zihao Wang</vt:lpstr>
    </vt:vector>
  </TitlesOfParts>
  <Manager/>
  <Company/>
  <LinksUpToDate>false</LinksUpToDate>
  <CharactersWithSpaces>2691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Resume Template - Zihao Wang</dc:title>
  <dc:subject>Editable graduate-school resume template with fill-in placeholders</dc:subject>
  <dc:creator/>
  <cp:keywords/>
  <dc:description>generated by python-docx</dc:description>
  <cp:lastModifiedBy>Wang, Zihao</cp:lastModifiedBy>
  <cp:revision>62</cp:revision>
  <dcterms:created xsi:type="dcterms:W3CDTF">2013-12-23T23:15:00Z</dcterms:created>
  <dcterms:modified xsi:type="dcterms:W3CDTF">2026-08-16T15:41:00Z</dcterms:modified>
  <cp:category/>
</cp:coreProperties>
</file>